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70378" w14:textId="77777777" w:rsidR="00E83D70" w:rsidRPr="00623679" w:rsidRDefault="00E83D70" w:rsidP="00E83D70">
      <w:pPr>
        <w:spacing w:after="160" w:line="259" w:lineRule="auto"/>
        <w:rPr>
          <w:rFonts w:cs="Arial"/>
          <w:color w:val="000000" w:themeColor="text1"/>
        </w:rPr>
      </w:pPr>
      <w:r w:rsidRPr="00623679">
        <w:rPr>
          <w:rFonts w:cs="Arial"/>
          <w:b/>
          <w:bCs/>
          <w:color w:val="000000" w:themeColor="text1"/>
        </w:rPr>
        <w:t>Please note:</w:t>
      </w:r>
      <w:r w:rsidRPr="00623679">
        <w:rPr>
          <w:rFonts w:cs="Arial"/>
          <w:color w:val="000000" w:themeColor="text1"/>
        </w:rPr>
        <w:br/>
        <w:t xml:space="preserve">This template is designed as a guide and starting point for creating a bespoke document tailored to your club. It is not intended to be a complete or exhaustive list. </w:t>
      </w:r>
      <w:r w:rsidRPr="00E83D70">
        <w:rPr>
          <w:rFonts w:cs="Arial"/>
          <w:color w:val="000000" w:themeColor="text1"/>
        </w:rPr>
        <w:t xml:space="preserve">Feel free to </w:t>
      </w:r>
      <w:r w:rsidRPr="00E83D70">
        <w:rPr>
          <w:rFonts w:cs="Arial"/>
          <w:b/>
          <w:bCs/>
          <w:color w:val="000000" w:themeColor="text1"/>
        </w:rPr>
        <w:t>edit, remove, or add content</w:t>
      </w:r>
      <w:r w:rsidRPr="00E83D70">
        <w:rPr>
          <w:rFonts w:cs="Arial"/>
          <w:color w:val="000000" w:themeColor="text1"/>
        </w:rPr>
        <w:t xml:space="preserve"> as appropriate for your club’s specific needs.</w:t>
      </w:r>
      <w:r w:rsidRPr="00623679">
        <w:rPr>
          <w:rFonts w:cs="Arial"/>
          <w:color w:val="000000" w:themeColor="text1"/>
        </w:rPr>
        <w:br/>
        <w:t xml:space="preserve">For further advice, contact: </w:t>
      </w:r>
      <w:r w:rsidRPr="00623679">
        <w:rPr>
          <w:rFonts w:cs="Arial"/>
          <w:b/>
          <w:bCs/>
          <w:color w:val="000000" w:themeColor="text1"/>
        </w:rPr>
        <w:t>clubdevelopment@swimming.org</w:t>
      </w:r>
    </w:p>
    <w:p w14:paraId="744B9BD6" w14:textId="10A5C047" w:rsidR="00F66F22" w:rsidRPr="00E83D70" w:rsidRDefault="00000000" w:rsidP="00F66F22">
      <w:pPr>
        <w:rPr>
          <w:rFonts w:cs="Arial"/>
          <w:color w:val="000000" w:themeColor="text1"/>
        </w:rPr>
      </w:pPr>
      <w:r>
        <w:rPr>
          <w:rFonts w:cs="Arial"/>
          <w:color w:val="000000" w:themeColor="text1"/>
        </w:rPr>
        <w:pict w14:anchorId="13A66598">
          <v:rect id="_x0000_i1025" style="width:0;height:1.5pt" o:hralign="center" o:hrstd="t" o:hr="t" fillcolor="#a0a0a0" stroked="f"/>
        </w:pict>
      </w:r>
    </w:p>
    <w:p w14:paraId="084FC25A" w14:textId="1047C5A6" w:rsidR="00652FE3" w:rsidRPr="00652FE3" w:rsidRDefault="00652FE3" w:rsidP="00652FE3">
      <w:pPr>
        <w:rPr>
          <w:rFonts w:eastAsia="Times New Roman" w:cs="Arial"/>
          <w:b/>
          <w:bCs/>
          <w:color w:val="000000" w:themeColor="text1"/>
          <w:spacing w:val="-11"/>
          <w:kern w:val="36"/>
          <w:lang w:eastAsia="en-GB"/>
        </w:rPr>
      </w:pPr>
      <w:r w:rsidRPr="007B373A">
        <w:rPr>
          <w:rFonts w:eastAsia="Times New Roman" w:cs="Arial"/>
          <w:b/>
          <w:bCs/>
          <w:color w:val="000000" w:themeColor="text1"/>
          <w:spacing w:val="-11"/>
          <w:kern w:val="36"/>
          <w:lang w:eastAsia="en-GB"/>
        </w:rPr>
        <w:t xml:space="preserve">Template </w:t>
      </w:r>
      <w:r>
        <w:rPr>
          <w:rFonts w:eastAsia="Times New Roman" w:cs="Arial"/>
          <w:b/>
          <w:bCs/>
          <w:color w:val="000000" w:themeColor="text1"/>
          <w:spacing w:val="-11"/>
          <w:kern w:val="36"/>
          <w:lang w:eastAsia="en-GB"/>
        </w:rPr>
        <w:t>2.1</w:t>
      </w:r>
      <w:r w:rsidRPr="007B373A">
        <w:rPr>
          <w:rFonts w:eastAsia="Times New Roman" w:cs="Arial"/>
          <w:b/>
          <w:bCs/>
          <w:color w:val="000000" w:themeColor="text1"/>
          <w:spacing w:val="-11"/>
          <w:kern w:val="36"/>
          <w:lang w:eastAsia="en-GB"/>
        </w:rPr>
        <w:t xml:space="preserve"> – Example </w:t>
      </w:r>
      <w:r>
        <w:rPr>
          <w:rFonts w:eastAsia="Times New Roman" w:cs="Arial"/>
          <w:b/>
          <w:bCs/>
          <w:color w:val="000000" w:themeColor="text1"/>
          <w:spacing w:val="-11"/>
          <w:kern w:val="36"/>
          <w:lang w:eastAsia="en-GB"/>
        </w:rPr>
        <w:t>application form</w:t>
      </w:r>
    </w:p>
    <w:p w14:paraId="4498E24E" w14:textId="72D09B23" w:rsidR="006F3F95" w:rsidRPr="00652FE3" w:rsidRDefault="00000000" w:rsidP="00652FE3">
      <w:pPr>
        <w:pStyle w:val="Heading1"/>
        <w:rPr>
          <w:rFonts w:ascii="Arial" w:hAnsi="Arial" w:cs="Arial"/>
          <w:color w:val="000000" w:themeColor="text1"/>
          <w:sz w:val="22"/>
          <w:szCs w:val="22"/>
        </w:rPr>
      </w:pPr>
      <w:r w:rsidRPr="00652FE3">
        <w:rPr>
          <w:rFonts w:ascii="Arial" w:hAnsi="Arial" w:cs="Arial"/>
          <w:color w:val="000000" w:themeColor="text1"/>
          <w:sz w:val="22"/>
          <w:szCs w:val="22"/>
        </w:rPr>
        <w:t>Application for Employment</w:t>
      </w:r>
      <w:r w:rsidR="00652FE3" w:rsidRPr="00652FE3">
        <w:rPr>
          <w:rFonts w:ascii="Arial" w:hAnsi="Arial" w:cs="Arial"/>
          <w:color w:val="000000" w:themeColor="text1"/>
          <w:sz w:val="22"/>
          <w:szCs w:val="22"/>
        </w:rPr>
        <w:t xml:space="preserve"> - </w:t>
      </w:r>
      <w:r w:rsidRPr="00652FE3">
        <w:rPr>
          <w:rFonts w:ascii="Arial" w:hAnsi="Arial" w:cs="Arial"/>
          <w:color w:val="000000" w:themeColor="text1"/>
          <w:sz w:val="22"/>
          <w:szCs w:val="22"/>
        </w:rPr>
        <w:t>(Confidential – For recruitment purposes only)</w:t>
      </w:r>
    </w:p>
    <w:p w14:paraId="70A53FEA" w14:textId="77777777" w:rsidR="00652FE3" w:rsidRDefault="00652FE3">
      <w:pPr>
        <w:rPr>
          <w:rFonts w:cs="Arial"/>
          <w:color w:val="000000" w:themeColor="text1"/>
        </w:rPr>
      </w:pPr>
    </w:p>
    <w:p w14:paraId="382E96B0" w14:textId="47DC7C9C" w:rsidR="006F3F95" w:rsidRPr="00E83D70" w:rsidRDefault="00000000">
      <w:pPr>
        <w:rPr>
          <w:rFonts w:cs="Arial"/>
          <w:color w:val="000000" w:themeColor="text1"/>
        </w:rPr>
      </w:pPr>
      <w:r w:rsidRPr="00E83D70">
        <w:rPr>
          <w:rFonts w:cs="Arial"/>
          <w:color w:val="000000" w:themeColor="text1"/>
        </w:rPr>
        <w:t>Return this form to: __________________________</w:t>
      </w:r>
    </w:p>
    <w:p w14:paraId="6E57BB4C" w14:textId="77777777" w:rsidR="006F3F95" w:rsidRPr="00E83D70" w:rsidRDefault="00000000">
      <w:pPr>
        <w:rPr>
          <w:rFonts w:cs="Arial"/>
          <w:color w:val="000000" w:themeColor="text1"/>
        </w:rPr>
      </w:pPr>
      <w:r w:rsidRPr="00E83D70">
        <w:rPr>
          <w:rFonts w:cs="Arial"/>
          <w:color w:val="000000" w:themeColor="text1"/>
        </w:rPr>
        <w:t>Reference No: __________________________</w:t>
      </w:r>
    </w:p>
    <w:p w14:paraId="4C76526E" w14:textId="7C3E373B" w:rsidR="00652FE3" w:rsidRDefault="00000000" w:rsidP="00652FE3">
      <w:pPr>
        <w:rPr>
          <w:rFonts w:cs="Arial"/>
          <w:color w:val="000000" w:themeColor="text1"/>
        </w:rPr>
      </w:pPr>
      <w:r w:rsidRPr="00E83D70">
        <w:rPr>
          <w:rFonts w:cs="Arial"/>
          <w:color w:val="000000" w:themeColor="text1"/>
        </w:rPr>
        <w:t>Position Applied For: __________________________</w:t>
      </w:r>
    </w:p>
    <w:p w14:paraId="330E1900" w14:textId="77777777" w:rsidR="00652FE3" w:rsidRDefault="00652FE3" w:rsidP="00652FE3">
      <w:pPr>
        <w:rPr>
          <w:rFonts w:cs="Arial"/>
          <w:color w:val="000000" w:themeColor="text1"/>
        </w:rPr>
      </w:pPr>
    </w:p>
    <w:p w14:paraId="617D0629" w14:textId="7D313093" w:rsidR="00652FE3" w:rsidRDefault="00000000" w:rsidP="00652FE3">
      <w:pPr>
        <w:pStyle w:val="Heading2"/>
        <w:numPr>
          <w:ilvl w:val="0"/>
          <w:numId w:val="10"/>
        </w:numPr>
        <w:rPr>
          <w:rFonts w:ascii="Arial" w:hAnsi="Arial" w:cs="Arial"/>
          <w:color w:val="000000" w:themeColor="text1"/>
          <w:sz w:val="22"/>
          <w:szCs w:val="22"/>
        </w:rPr>
      </w:pPr>
      <w:r w:rsidRPr="00E83D70">
        <w:rPr>
          <w:rFonts w:ascii="Arial" w:hAnsi="Arial" w:cs="Arial"/>
          <w:color w:val="000000" w:themeColor="text1"/>
          <w:sz w:val="22"/>
          <w:szCs w:val="22"/>
        </w:rPr>
        <w:t>Personal Details</w:t>
      </w:r>
    </w:p>
    <w:p w14:paraId="16C25DF3" w14:textId="77777777" w:rsidR="00652FE3" w:rsidRPr="00652FE3" w:rsidRDefault="00652FE3" w:rsidP="00652FE3"/>
    <w:p w14:paraId="6D81E3E3" w14:textId="77777777" w:rsidR="006F3F95" w:rsidRPr="00E83D70" w:rsidRDefault="00000000">
      <w:pPr>
        <w:rPr>
          <w:rFonts w:cs="Arial"/>
          <w:color w:val="000000" w:themeColor="text1"/>
        </w:rPr>
      </w:pPr>
      <w:r w:rsidRPr="00E83D70">
        <w:rPr>
          <w:rFonts w:cs="Arial"/>
          <w:color w:val="000000" w:themeColor="text1"/>
        </w:rPr>
        <w:t>Title: __________________________</w:t>
      </w:r>
    </w:p>
    <w:p w14:paraId="2B105D66" w14:textId="77777777" w:rsidR="006F3F95" w:rsidRPr="00E83D70" w:rsidRDefault="00000000">
      <w:pPr>
        <w:rPr>
          <w:rFonts w:cs="Arial"/>
          <w:color w:val="000000" w:themeColor="text1"/>
        </w:rPr>
      </w:pPr>
      <w:r w:rsidRPr="00E83D70">
        <w:rPr>
          <w:rFonts w:cs="Arial"/>
          <w:color w:val="000000" w:themeColor="text1"/>
        </w:rPr>
        <w:t>Full Name: ______________________________________________</w:t>
      </w:r>
    </w:p>
    <w:p w14:paraId="2DDBD51E" w14:textId="77777777" w:rsidR="006F3F95" w:rsidRPr="00E83D70" w:rsidRDefault="00000000">
      <w:pPr>
        <w:rPr>
          <w:rFonts w:cs="Arial"/>
          <w:color w:val="000000" w:themeColor="text1"/>
        </w:rPr>
      </w:pPr>
      <w:r w:rsidRPr="00E83D70">
        <w:rPr>
          <w:rFonts w:cs="Arial"/>
          <w:color w:val="000000" w:themeColor="text1"/>
        </w:rPr>
        <w:t>Address: ___________________________________________________________</w:t>
      </w:r>
    </w:p>
    <w:p w14:paraId="658BA92D" w14:textId="77777777" w:rsidR="006F3F95" w:rsidRPr="00E83D70" w:rsidRDefault="00000000">
      <w:pPr>
        <w:rPr>
          <w:rFonts w:cs="Arial"/>
          <w:color w:val="000000" w:themeColor="text1"/>
        </w:rPr>
      </w:pPr>
      <w:r w:rsidRPr="00E83D70">
        <w:rPr>
          <w:rFonts w:cs="Arial"/>
          <w:color w:val="000000" w:themeColor="text1"/>
        </w:rPr>
        <w:t xml:space="preserve">            ___________________________________________________________</w:t>
      </w:r>
    </w:p>
    <w:p w14:paraId="39E615EA" w14:textId="77777777" w:rsidR="006F3F95" w:rsidRPr="00E83D70" w:rsidRDefault="00000000">
      <w:pPr>
        <w:rPr>
          <w:rFonts w:cs="Arial"/>
          <w:color w:val="000000" w:themeColor="text1"/>
        </w:rPr>
      </w:pPr>
      <w:r w:rsidRPr="00E83D70">
        <w:rPr>
          <w:rFonts w:cs="Arial"/>
          <w:color w:val="000000" w:themeColor="text1"/>
        </w:rPr>
        <w:t>Email: _____________________________________</w:t>
      </w:r>
    </w:p>
    <w:p w14:paraId="4AE3816E" w14:textId="77777777" w:rsidR="006F3F95" w:rsidRPr="00E83D70" w:rsidRDefault="00000000">
      <w:pPr>
        <w:rPr>
          <w:rFonts w:cs="Arial"/>
          <w:color w:val="000000" w:themeColor="text1"/>
        </w:rPr>
      </w:pPr>
      <w:r w:rsidRPr="00E83D70">
        <w:rPr>
          <w:rFonts w:cs="Arial"/>
          <w:color w:val="000000" w:themeColor="text1"/>
        </w:rPr>
        <w:t>Telephone (landline): ________________________</w:t>
      </w:r>
    </w:p>
    <w:p w14:paraId="14E9477C" w14:textId="77777777" w:rsidR="006F3F95" w:rsidRPr="00E83D70" w:rsidRDefault="00000000">
      <w:pPr>
        <w:rPr>
          <w:rFonts w:cs="Arial"/>
          <w:color w:val="000000" w:themeColor="text1"/>
        </w:rPr>
      </w:pPr>
      <w:r w:rsidRPr="00E83D70">
        <w:rPr>
          <w:rFonts w:cs="Arial"/>
          <w:color w:val="000000" w:themeColor="text1"/>
        </w:rPr>
        <w:t>Telephone (mobile): _________________________</w:t>
      </w:r>
    </w:p>
    <w:p w14:paraId="54681073" w14:textId="77777777" w:rsidR="006F3F95" w:rsidRPr="00E83D70" w:rsidRDefault="00000000">
      <w:pPr>
        <w:rPr>
          <w:rFonts w:cs="Arial"/>
          <w:color w:val="000000" w:themeColor="text1"/>
        </w:rPr>
      </w:pPr>
      <w:r w:rsidRPr="00E83D70">
        <w:rPr>
          <w:rFonts w:cs="Arial"/>
          <w:color w:val="000000" w:themeColor="text1"/>
        </w:rPr>
        <w:t xml:space="preserve">National Insurance </w:t>
      </w:r>
      <w:proofErr w:type="gramStart"/>
      <w:r w:rsidRPr="00E83D70">
        <w:rPr>
          <w:rFonts w:cs="Arial"/>
          <w:color w:val="000000" w:themeColor="text1"/>
        </w:rPr>
        <w:t>No: _</w:t>
      </w:r>
      <w:proofErr w:type="gramEnd"/>
      <w:r w:rsidRPr="00E83D70">
        <w:rPr>
          <w:rFonts w:cs="Arial"/>
          <w:color w:val="000000" w:themeColor="text1"/>
        </w:rPr>
        <w:t>______________________</w:t>
      </w:r>
    </w:p>
    <w:p w14:paraId="374BF2A8" w14:textId="77777777" w:rsidR="006F3F95" w:rsidRPr="00E83D70" w:rsidRDefault="00000000">
      <w:pPr>
        <w:rPr>
          <w:rFonts w:cs="Arial"/>
          <w:color w:val="000000" w:themeColor="text1"/>
        </w:rPr>
      </w:pPr>
      <w:r w:rsidRPr="00E83D70">
        <w:rPr>
          <w:rFonts w:cs="Arial"/>
          <w:color w:val="000000" w:themeColor="text1"/>
        </w:rPr>
        <w:t xml:space="preserve">Do you </w:t>
      </w:r>
      <w:proofErr w:type="gramStart"/>
      <w:r w:rsidRPr="00E83D70">
        <w:rPr>
          <w:rFonts w:cs="Arial"/>
          <w:color w:val="000000" w:themeColor="text1"/>
        </w:rPr>
        <w:t>hold</w:t>
      </w:r>
      <w:proofErr w:type="gramEnd"/>
      <w:r w:rsidRPr="00E83D70">
        <w:rPr>
          <w:rFonts w:cs="Arial"/>
          <w:color w:val="000000" w:themeColor="text1"/>
        </w:rPr>
        <w:t xml:space="preserve"> a current driving licence? </w:t>
      </w:r>
      <w:r w:rsidRPr="00E83D70">
        <w:rPr>
          <w:rFonts w:ascii="Segoe UI Symbol" w:hAnsi="Segoe UI Symbol" w:cs="Segoe UI Symbol"/>
          <w:color w:val="000000" w:themeColor="text1"/>
        </w:rPr>
        <w:t>☐</w:t>
      </w:r>
      <w:r w:rsidRPr="00E83D70">
        <w:rPr>
          <w:rFonts w:cs="Arial"/>
          <w:color w:val="000000" w:themeColor="text1"/>
        </w:rPr>
        <w:t xml:space="preserve"> Yes </w:t>
      </w:r>
      <w:r w:rsidRPr="00E83D70">
        <w:rPr>
          <w:rFonts w:ascii="Segoe UI Symbol" w:hAnsi="Segoe UI Symbol" w:cs="Segoe UI Symbol"/>
          <w:color w:val="000000" w:themeColor="text1"/>
        </w:rPr>
        <w:t>☐</w:t>
      </w:r>
      <w:r w:rsidRPr="00E83D70">
        <w:rPr>
          <w:rFonts w:cs="Arial"/>
          <w:color w:val="000000" w:themeColor="text1"/>
        </w:rPr>
        <w:t xml:space="preserve"> No</w:t>
      </w:r>
    </w:p>
    <w:p w14:paraId="77A8D991" w14:textId="77777777" w:rsidR="006F3F95" w:rsidRPr="00E83D70" w:rsidRDefault="00000000">
      <w:pPr>
        <w:rPr>
          <w:rFonts w:cs="Arial"/>
          <w:color w:val="000000" w:themeColor="text1"/>
        </w:rPr>
      </w:pPr>
      <w:r w:rsidRPr="00E83D70">
        <w:rPr>
          <w:rFonts w:cs="Arial"/>
          <w:color w:val="000000" w:themeColor="text1"/>
        </w:rPr>
        <w:t xml:space="preserve">Do you have the right to work in the UK? </w:t>
      </w:r>
      <w:r w:rsidRPr="00E83D70">
        <w:rPr>
          <w:rFonts w:ascii="Segoe UI Symbol" w:hAnsi="Segoe UI Symbol" w:cs="Segoe UI Symbol"/>
          <w:color w:val="000000" w:themeColor="text1"/>
        </w:rPr>
        <w:t>☐</w:t>
      </w:r>
      <w:r w:rsidRPr="00E83D70">
        <w:rPr>
          <w:rFonts w:cs="Arial"/>
          <w:color w:val="000000" w:themeColor="text1"/>
        </w:rPr>
        <w:t xml:space="preserve"> Yes </w:t>
      </w:r>
      <w:r w:rsidRPr="00E83D70">
        <w:rPr>
          <w:rFonts w:ascii="Segoe UI Symbol" w:hAnsi="Segoe UI Symbol" w:cs="Segoe UI Symbol"/>
          <w:color w:val="000000" w:themeColor="text1"/>
        </w:rPr>
        <w:t>☐</w:t>
      </w:r>
      <w:r w:rsidRPr="00E83D70">
        <w:rPr>
          <w:rFonts w:cs="Arial"/>
          <w:color w:val="000000" w:themeColor="text1"/>
        </w:rPr>
        <w:t xml:space="preserve"> No</w:t>
      </w:r>
    </w:p>
    <w:p w14:paraId="23AF74E8" w14:textId="77777777" w:rsidR="006F3F95" w:rsidRPr="00E83D70" w:rsidRDefault="00000000">
      <w:pPr>
        <w:rPr>
          <w:rFonts w:cs="Arial"/>
          <w:color w:val="000000" w:themeColor="text1"/>
        </w:rPr>
      </w:pPr>
      <w:r w:rsidRPr="00E83D70">
        <w:rPr>
          <w:rFonts w:cs="Arial"/>
          <w:color w:val="000000" w:themeColor="text1"/>
        </w:rPr>
        <w:t>If No, please give details: _____________________________________________</w:t>
      </w:r>
    </w:p>
    <w:p w14:paraId="1D24AB0B" w14:textId="77777777" w:rsidR="006F3F95" w:rsidRPr="00E83D70" w:rsidRDefault="00000000">
      <w:pPr>
        <w:rPr>
          <w:rFonts w:cs="Arial"/>
          <w:color w:val="000000" w:themeColor="text1"/>
        </w:rPr>
      </w:pPr>
      <w:r w:rsidRPr="00E83D70">
        <w:rPr>
          <w:rFonts w:cs="Arial"/>
          <w:color w:val="000000" w:themeColor="text1"/>
        </w:rPr>
        <w:t xml:space="preserve">Preferred working arrangement (tick): </w:t>
      </w:r>
      <w:r w:rsidRPr="00E83D70">
        <w:rPr>
          <w:rFonts w:ascii="Segoe UI Symbol" w:hAnsi="Segoe UI Symbol" w:cs="Segoe UI Symbol"/>
          <w:color w:val="000000" w:themeColor="text1"/>
        </w:rPr>
        <w:t>☐</w:t>
      </w:r>
      <w:r w:rsidRPr="00E83D70">
        <w:rPr>
          <w:rFonts w:cs="Arial"/>
          <w:color w:val="000000" w:themeColor="text1"/>
        </w:rPr>
        <w:t xml:space="preserve"> Full-time   </w:t>
      </w:r>
      <w:r w:rsidRPr="00E83D70">
        <w:rPr>
          <w:rFonts w:ascii="Segoe UI Symbol" w:hAnsi="Segoe UI Symbol" w:cs="Segoe UI Symbol"/>
          <w:color w:val="000000" w:themeColor="text1"/>
        </w:rPr>
        <w:t>☐</w:t>
      </w:r>
      <w:r w:rsidRPr="00E83D70">
        <w:rPr>
          <w:rFonts w:cs="Arial"/>
          <w:color w:val="000000" w:themeColor="text1"/>
        </w:rPr>
        <w:t xml:space="preserve"> Part-time   </w:t>
      </w:r>
      <w:r w:rsidRPr="00E83D70">
        <w:rPr>
          <w:rFonts w:ascii="Segoe UI Symbol" w:hAnsi="Segoe UI Symbol" w:cs="Segoe UI Symbol"/>
          <w:color w:val="000000" w:themeColor="text1"/>
        </w:rPr>
        <w:t>☐</w:t>
      </w:r>
      <w:r w:rsidRPr="00E83D70">
        <w:rPr>
          <w:rFonts w:cs="Arial"/>
          <w:color w:val="000000" w:themeColor="text1"/>
        </w:rPr>
        <w:t xml:space="preserve"> Job share</w:t>
      </w:r>
    </w:p>
    <w:p w14:paraId="22C298C5" w14:textId="77777777" w:rsidR="006F3F95" w:rsidRPr="00E83D70" w:rsidRDefault="00000000">
      <w:pPr>
        <w:rPr>
          <w:rFonts w:cs="Arial"/>
          <w:color w:val="000000" w:themeColor="text1"/>
        </w:rPr>
      </w:pPr>
      <w:r w:rsidRPr="00E83D70">
        <w:rPr>
          <w:rFonts w:cs="Arial"/>
          <w:color w:val="000000" w:themeColor="text1"/>
        </w:rPr>
        <w:t>If part-time or job share, please state preferred hours: _______________</w:t>
      </w:r>
    </w:p>
    <w:p w14:paraId="79A92166" w14:textId="0A033B0E" w:rsidR="00652FE3" w:rsidRPr="00652FE3" w:rsidRDefault="00000000" w:rsidP="00652FE3">
      <w:pPr>
        <w:pStyle w:val="Heading2"/>
        <w:numPr>
          <w:ilvl w:val="0"/>
          <w:numId w:val="10"/>
        </w:numPr>
        <w:rPr>
          <w:rFonts w:ascii="Arial" w:hAnsi="Arial" w:cs="Arial"/>
          <w:color w:val="000000" w:themeColor="text1"/>
          <w:sz w:val="22"/>
          <w:szCs w:val="22"/>
        </w:rPr>
      </w:pPr>
      <w:r w:rsidRPr="00E83D70">
        <w:rPr>
          <w:rFonts w:ascii="Arial" w:hAnsi="Arial" w:cs="Arial"/>
          <w:color w:val="000000" w:themeColor="text1"/>
          <w:sz w:val="22"/>
          <w:szCs w:val="22"/>
        </w:rPr>
        <w:lastRenderedPageBreak/>
        <w:t>Education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2876"/>
        <w:gridCol w:w="2874"/>
      </w:tblGrid>
      <w:tr w:rsidR="00E83D70" w:rsidRPr="00E83D70" w14:paraId="5B46FDD9" w14:textId="77777777" w:rsidTr="00F66F22">
        <w:tc>
          <w:tcPr>
            <w:tcW w:w="2880" w:type="dxa"/>
          </w:tcPr>
          <w:p w14:paraId="1B49BFC2" w14:textId="77777777" w:rsidR="006F3F95" w:rsidRPr="00E83D70" w:rsidRDefault="00000000">
            <w:pPr>
              <w:rPr>
                <w:rFonts w:cs="Arial"/>
                <w:color w:val="000000" w:themeColor="text1"/>
              </w:rPr>
            </w:pPr>
            <w:r w:rsidRPr="00E83D70">
              <w:rPr>
                <w:rFonts w:cs="Arial"/>
                <w:color w:val="000000" w:themeColor="text1"/>
              </w:rPr>
              <w:t>Institution (School/College/University)</w:t>
            </w:r>
          </w:p>
        </w:tc>
        <w:tc>
          <w:tcPr>
            <w:tcW w:w="2880" w:type="dxa"/>
          </w:tcPr>
          <w:p w14:paraId="774E255A" w14:textId="77777777" w:rsidR="006F3F95" w:rsidRPr="00E83D70" w:rsidRDefault="00000000">
            <w:pPr>
              <w:rPr>
                <w:rFonts w:cs="Arial"/>
                <w:color w:val="000000" w:themeColor="text1"/>
              </w:rPr>
            </w:pPr>
            <w:r w:rsidRPr="00E83D70">
              <w:rPr>
                <w:rFonts w:cs="Arial"/>
                <w:color w:val="000000" w:themeColor="text1"/>
              </w:rPr>
              <w:t>Qualification(s) obtained</w:t>
            </w:r>
          </w:p>
        </w:tc>
        <w:tc>
          <w:tcPr>
            <w:tcW w:w="2880" w:type="dxa"/>
          </w:tcPr>
          <w:p w14:paraId="0BFBF086" w14:textId="77777777" w:rsidR="006F3F95" w:rsidRPr="00E83D70" w:rsidRDefault="00000000">
            <w:pPr>
              <w:rPr>
                <w:rFonts w:cs="Arial"/>
                <w:color w:val="000000" w:themeColor="text1"/>
              </w:rPr>
            </w:pPr>
            <w:r w:rsidRPr="00E83D70">
              <w:rPr>
                <w:rFonts w:cs="Arial"/>
                <w:color w:val="000000" w:themeColor="text1"/>
              </w:rPr>
              <w:t>Year completed</w:t>
            </w:r>
          </w:p>
        </w:tc>
      </w:tr>
      <w:tr w:rsidR="00E83D70" w:rsidRPr="00E83D70" w14:paraId="03DCEF67" w14:textId="77777777" w:rsidTr="00F66F22">
        <w:tc>
          <w:tcPr>
            <w:tcW w:w="2880" w:type="dxa"/>
          </w:tcPr>
          <w:p w14:paraId="4D855E60" w14:textId="77777777" w:rsidR="006F3F95" w:rsidRPr="00E83D70" w:rsidRDefault="006F3F95">
            <w:pPr>
              <w:rPr>
                <w:rFonts w:cs="Arial"/>
                <w:color w:val="000000" w:themeColor="text1"/>
              </w:rPr>
            </w:pPr>
          </w:p>
        </w:tc>
        <w:tc>
          <w:tcPr>
            <w:tcW w:w="2880" w:type="dxa"/>
          </w:tcPr>
          <w:p w14:paraId="10825BF9" w14:textId="77777777" w:rsidR="006F3F95" w:rsidRPr="00E83D70" w:rsidRDefault="006F3F95">
            <w:pPr>
              <w:rPr>
                <w:rFonts w:cs="Arial"/>
                <w:color w:val="000000" w:themeColor="text1"/>
              </w:rPr>
            </w:pPr>
          </w:p>
        </w:tc>
        <w:tc>
          <w:tcPr>
            <w:tcW w:w="2880" w:type="dxa"/>
          </w:tcPr>
          <w:p w14:paraId="740F23CA" w14:textId="77777777" w:rsidR="006F3F95" w:rsidRPr="00E83D70" w:rsidRDefault="006F3F95">
            <w:pPr>
              <w:rPr>
                <w:rFonts w:cs="Arial"/>
                <w:color w:val="000000" w:themeColor="text1"/>
              </w:rPr>
            </w:pPr>
          </w:p>
        </w:tc>
      </w:tr>
      <w:tr w:rsidR="00E83D70" w:rsidRPr="00E83D70" w14:paraId="13D71E6C" w14:textId="77777777" w:rsidTr="00F66F22">
        <w:tc>
          <w:tcPr>
            <w:tcW w:w="2880" w:type="dxa"/>
          </w:tcPr>
          <w:p w14:paraId="4DD8EF00" w14:textId="77777777" w:rsidR="006F3F95" w:rsidRPr="00E83D70" w:rsidRDefault="006F3F95">
            <w:pPr>
              <w:rPr>
                <w:rFonts w:cs="Arial"/>
                <w:color w:val="000000" w:themeColor="text1"/>
              </w:rPr>
            </w:pPr>
          </w:p>
        </w:tc>
        <w:tc>
          <w:tcPr>
            <w:tcW w:w="2880" w:type="dxa"/>
          </w:tcPr>
          <w:p w14:paraId="1655AFC4" w14:textId="77777777" w:rsidR="006F3F95" w:rsidRPr="00E83D70" w:rsidRDefault="006F3F95">
            <w:pPr>
              <w:rPr>
                <w:rFonts w:cs="Arial"/>
                <w:color w:val="000000" w:themeColor="text1"/>
              </w:rPr>
            </w:pPr>
          </w:p>
        </w:tc>
        <w:tc>
          <w:tcPr>
            <w:tcW w:w="2880" w:type="dxa"/>
          </w:tcPr>
          <w:p w14:paraId="7044A0BB" w14:textId="77777777" w:rsidR="006F3F95" w:rsidRPr="00E83D70" w:rsidRDefault="006F3F95">
            <w:pPr>
              <w:rPr>
                <w:rFonts w:cs="Arial"/>
                <w:color w:val="000000" w:themeColor="text1"/>
              </w:rPr>
            </w:pPr>
          </w:p>
        </w:tc>
      </w:tr>
      <w:tr w:rsidR="00E83D70" w:rsidRPr="00E83D70" w14:paraId="567BDF44" w14:textId="77777777" w:rsidTr="00F66F22">
        <w:tc>
          <w:tcPr>
            <w:tcW w:w="2880" w:type="dxa"/>
          </w:tcPr>
          <w:p w14:paraId="3EB6CBB5" w14:textId="77777777" w:rsidR="006F3F95" w:rsidRPr="00E83D70" w:rsidRDefault="006F3F95">
            <w:pPr>
              <w:rPr>
                <w:rFonts w:cs="Arial"/>
                <w:color w:val="000000" w:themeColor="text1"/>
              </w:rPr>
            </w:pPr>
          </w:p>
        </w:tc>
        <w:tc>
          <w:tcPr>
            <w:tcW w:w="2880" w:type="dxa"/>
          </w:tcPr>
          <w:p w14:paraId="05B1BA9F" w14:textId="77777777" w:rsidR="006F3F95" w:rsidRPr="00E83D70" w:rsidRDefault="006F3F95">
            <w:pPr>
              <w:rPr>
                <w:rFonts w:cs="Arial"/>
                <w:color w:val="000000" w:themeColor="text1"/>
              </w:rPr>
            </w:pPr>
          </w:p>
        </w:tc>
        <w:tc>
          <w:tcPr>
            <w:tcW w:w="2880" w:type="dxa"/>
          </w:tcPr>
          <w:p w14:paraId="0E510D67" w14:textId="77777777" w:rsidR="006F3F95" w:rsidRPr="00E83D70" w:rsidRDefault="006F3F95">
            <w:pPr>
              <w:rPr>
                <w:rFonts w:cs="Arial"/>
                <w:color w:val="000000" w:themeColor="text1"/>
              </w:rPr>
            </w:pPr>
          </w:p>
        </w:tc>
      </w:tr>
    </w:tbl>
    <w:p w14:paraId="77E5B6B0" w14:textId="77777777" w:rsidR="00652FE3" w:rsidRDefault="00652FE3" w:rsidP="00652FE3">
      <w:pPr>
        <w:pStyle w:val="Heading2"/>
        <w:rPr>
          <w:rFonts w:ascii="Arial" w:hAnsi="Arial" w:cs="Arial"/>
          <w:color w:val="000000" w:themeColor="text1"/>
          <w:sz w:val="22"/>
          <w:szCs w:val="22"/>
        </w:rPr>
      </w:pPr>
    </w:p>
    <w:p w14:paraId="0E8C7385" w14:textId="09F2C833" w:rsidR="00652FE3" w:rsidRPr="00652FE3" w:rsidRDefault="00000000" w:rsidP="00652FE3">
      <w:pPr>
        <w:pStyle w:val="Heading2"/>
        <w:numPr>
          <w:ilvl w:val="0"/>
          <w:numId w:val="10"/>
        </w:numPr>
        <w:rPr>
          <w:rFonts w:ascii="Arial" w:hAnsi="Arial" w:cs="Arial"/>
          <w:color w:val="000000" w:themeColor="text1"/>
          <w:sz w:val="22"/>
          <w:szCs w:val="22"/>
        </w:rPr>
      </w:pPr>
      <w:r w:rsidRPr="00E83D70">
        <w:rPr>
          <w:rFonts w:ascii="Arial" w:hAnsi="Arial" w:cs="Arial"/>
          <w:color w:val="000000" w:themeColor="text1"/>
          <w:sz w:val="22"/>
          <w:szCs w:val="22"/>
        </w:rPr>
        <w:t>Employment History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8"/>
        <w:gridCol w:w="2157"/>
        <w:gridCol w:w="2158"/>
        <w:gridCol w:w="2157"/>
      </w:tblGrid>
      <w:tr w:rsidR="00E83D70" w:rsidRPr="00E83D70" w14:paraId="1D345890" w14:textId="77777777" w:rsidTr="00F66F22">
        <w:tc>
          <w:tcPr>
            <w:tcW w:w="2160" w:type="dxa"/>
          </w:tcPr>
          <w:p w14:paraId="19A7E1C2" w14:textId="77777777" w:rsidR="006F3F95" w:rsidRPr="00E83D70" w:rsidRDefault="00000000">
            <w:pPr>
              <w:rPr>
                <w:rFonts w:cs="Arial"/>
                <w:color w:val="000000" w:themeColor="text1"/>
              </w:rPr>
            </w:pPr>
            <w:r w:rsidRPr="00E83D70">
              <w:rPr>
                <w:rFonts w:cs="Arial"/>
                <w:color w:val="000000" w:themeColor="text1"/>
              </w:rPr>
              <w:t>Employer</w:t>
            </w:r>
          </w:p>
        </w:tc>
        <w:tc>
          <w:tcPr>
            <w:tcW w:w="2160" w:type="dxa"/>
          </w:tcPr>
          <w:p w14:paraId="588C8832" w14:textId="77777777" w:rsidR="006F3F95" w:rsidRPr="00E83D70" w:rsidRDefault="00000000">
            <w:pPr>
              <w:rPr>
                <w:rFonts w:cs="Arial"/>
                <w:color w:val="000000" w:themeColor="text1"/>
              </w:rPr>
            </w:pPr>
            <w:r w:rsidRPr="00E83D70">
              <w:rPr>
                <w:rFonts w:cs="Arial"/>
                <w:color w:val="000000" w:themeColor="text1"/>
              </w:rPr>
              <w:t>Job Title &amp; Main Duties</w:t>
            </w:r>
          </w:p>
        </w:tc>
        <w:tc>
          <w:tcPr>
            <w:tcW w:w="2160" w:type="dxa"/>
          </w:tcPr>
          <w:p w14:paraId="2251D343" w14:textId="77777777" w:rsidR="006F3F95" w:rsidRPr="00E83D70" w:rsidRDefault="00000000">
            <w:pPr>
              <w:rPr>
                <w:rFonts w:cs="Arial"/>
                <w:color w:val="000000" w:themeColor="text1"/>
              </w:rPr>
            </w:pPr>
            <w:r w:rsidRPr="00E83D70">
              <w:rPr>
                <w:rFonts w:cs="Arial"/>
                <w:color w:val="000000" w:themeColor="text1"/>
              </w:rPr>
              <w:t>Dates Employed</w:t>
            </w:r>
          </w:p>
        </w:tc>
        <w:tc>
          <w:tcPr>
            <w:tcW w:w="2160" w:type="dxa"/>
          </w:tcPr>
          <w:p w14:paraId="382276CD" w14:textId="77777777" w:rsidR="006F3F95" w:rsidRPr="00E83D70" w:rsidRDefault="00000000">
            <w:pPr>
              <w:rPr>
                <w:rFonts w:cs="Arial"/>
                <w:color w:val="000000" w:themeColor="text1"/>
              </w:rPr>
            </w:pPr>
            <w:r w:rsidRPr="00E83D70">
              <w:rPr>
                <w:rFonts w:cs="Arial"/>
                <w:color w:val="000000" w:themeColor="text1"/>
              </w:rPr>
              <w:t>Reason for Leaving</w:t>
            </w:r>
          </w:p>
        </w:tc>
      </w:tr>
      <w:tr w:rsidR="00E83D70" w:rsidRPr="00E83D70" w14:paraId="6921D5B9" w14:textId="77777777" w:rsidTr="00F66F22">
        <w:tc>
          <w:tcPr>
            <w:tcW w:w="2160" w:type="dxa"/>
          </w:tcPr>
          <w:p w14:paraId="7C3647BA" w14:textId="77777777" w:rsidR="006F3F95" w:rsidRPr="00E83D70" w:rsidRDefault="006F3F95">
            <w:pPr>
              <w:rPr>
                <w:rFonts w:cs="Arial"/>
                <w:color w:val="000000" w:themeColor="text1"/>
              </w:rPr>
            </w:pPr>
          </w:p>
        </w:tc>
        <w:tc>
          <w:tcPr>
            <w:tcW w:w="2160" w:type="dxa"/>
          </w:tcPr>
          <w:p w14:paraId="496AAC59" w14:textId="77777777" w:rsidR="006F3F95" w:rsidRPr="00E83D70" w:rsidRDefault="006F3F95">
            <w:pPr>
              <w:rPr>
                <w:rFonts w:cs="Arial"/>
                <w:color w:val="000000" w:themeColor="text1"/>
              </w:rPr>
            </w:pPr>
          </w:p>
        </w:tc>
        <w:tc>
          <w:tcPr>
            <w:tcW w:w="2160" w:type="dxa"/>
          </w:tcPr>
          <w:p w14:paraId="1C629CE3" w14:textId="77777777" w:rsidR="006F3F95" w:rsidRPr="00E83D70" w:rsidRDefault="006F3F95">
            <w:pPr>
              <w:rPr>
                <w:rFonts w:cs="Arial"/>
                <w:color w:val="000000" w:themeColor="text1"/>
              </w:rPr>
            </w:pPr>
          </w:p>
        </w:tc>
        <w:tc>
          <w:tcPr>
            <w:tcW w:w="2160" w:type="dxa"/>
          </w:tcPr>
          <w:p w14:paraId="0E29800B" w14:textId="77777777" w:rsidR="006F3F95" w:rsidRPr="00E83D70" w:rsidRDefault="006F3F95">
            <w:pPr>
              <w:rPr>
                <w:rFonts w:cs="Arial"/>
                <w:color w:val="000000" w:themeColor="text1"/>
              </w:rPr>
            </w:pPr>
          </w:p>
        </w:tc>
      </w:tr>
      <w:tr w:rsidR="00E83D70" w:rsidRPr="00E83D70" w14:paraId="72B1D471" w14:textId="77777777" w:rsidTr="00F66F22">
        <w:tc>
          <w:tcPr>
            <w:tcW w:w="2160" w:type="dxa"/>
          </w:tcPr>
          <w:p w14:paraId="52110F18" w14:textId="77777777" w:rsidR="006F3F95" w:rsidRPr="00E83D70" w:rsidRDefault="006F3F95">
            <w:pPr>
              <w:rPr>
                <w:rFonts w:cs="Arial"/>
                <w:color w:val="000000" w:themeColor="text1"/>
              </w:rPr>
            </w:pPr>
          </w:p>
        </w:tc>
        <w:tc>
          <w:tcPr>
            <w:tcW w:w="2160" w:type="dxa"/>
          </w:tcPr>
          <w:p w14:paraId="737CF357" w14:textId="77777777" w:rsidR="006F3F95" w:rsidRPr="00E83D70" w:rsidRDefault="006F3F95">
            <w:pPr>
              <w:rPr>
                <w:rFonts w:cs="Arial"/>
                <w:color w:val="000000" w:themeColor="text1"/>
              </w:rPr>
            </w:pPr>
          </w:p>
        </w:tc>
        <w:tc>
          <w:tcPr>
            <w:tcW w:w="2160" w:type="dxa"/>
          </w:tcPr>
          <w:p w14:paraId="1B9058D4" w14:textId="77777777" w:rsidR="006F3F95" w:rsidRPr="00E83D70" w:rsidRDefault="006F3F95">
            <w:pPr>
              <w:rPr>
                <w:rFonts w:cs="Arial"/>
                <w:color w:val="000000" w:themeColor="text1"/>
              </w:rPr>
            </w:pPr>
          </w:p>
        </w:tc>
        <w:tc>
          <w:tcPr>
            <w:tcW w:w="2160" w:type="dxa"/>
          </w:tcPr>
          <w:p w14:paraId="0BAC7930" w14:textId="77777777" w:rsidR="006F3F95" w:rsidRPr="00E83D70" w:rsidRDefault="006F3F95">
            <w:pPr>
              <w:rPr>
                <w:rFonts w:cs="Arial"/>
                <w:color w:val="000000" w:themeColor="text1"/>
              </w:rPr>
            </w:pPr>
          </w:p>
        </w:tc>
      </w:tr>
      <w:tr w:rsidR="00E83D70" w:rsidRPr="00E83D70" w14:paraId="0D39C6AC" w14:textId="77777777" w:rsidTr="00F66F22">
        <w:tc>
          <w:tcPr>
            <w:tcW w:w="2160" w:type="dxa"/>
          </w:tcPr>
          <w:p w14:paraId="2B2FE11F" w14:textId="77777777" w:rsidR="006F3F95" w:rsidRPr="00E83D70" w:rsidRDefault="006F3F95">
            <w:pPr>
              <w:rPr>
                <w:rFonts w:cs="Arial"/>
                <w:color w:val="000000" w:themeColor="text1"/>
              </w:rPr>
            </w:pPr>
          </w:p>
        </w:tc>
        <w:tc>
          <w:tcPr>
            <w:tcW w:w="2160" w:type="dxa"/>
          </w:tcPr>
          <w:p w14:paraId="66DC35A8" w14:textId="77777777" w:rsidR="006F3F95" w:rsidRPr="00E83D70" w:rsidRDefault="006F3F95">
            <w:pPr>
              <w:rPr>
                <w:rFonts w:cs="Arial"/>
                <w:color w:val="000000" w:themeColor="text1"/>
              </w:rPr>
            </w:pPr>
          </w:p>
        </w:tc>
        <w:tc>
          <w:tcPr>
            <w:tcW w:w="2160" w:type="dxa"/>
          </w:tcPr>
          <w:p w14:paraId="29034E3E" w14:textId="77777777" w:rsidR="006F3F95" w:rsidRPr="00E83D70" w:rsidRDefault="006F3F95">
            <w:pPr>
              <w:rPr>
                <w:rFonts w:cs="Arial"/>
                <w:color w:val="000000" w:themeColor="text1"/>
              </w:rPr>
            </w:pPr>
          </w:p>
        </w:tc>
        <w:tc>
          <w:tcPr>
            <w:tcW w:w="2160" w:type="dxa"/>
          </w:tcPr>
          <w:p w14:paraId="7EDD5CB0" w14:textId="77777777" w:rsidR="006F3F95" w:rsidRPr="00E83D70" w:rsidRDefault="006F3F95">
            <w:pPr>
              <w:rPr>
                <w:rFonts w:cs="Arial"/>
                <w:color w:val="000000" w:themeColor="text1"/>
              </w:rPr>
            </w:pPr>
          </w:p>
        </w:tc>
      </w:tr>
    </w:tbl>
    <w:p w14:paraId="7C877C56" w14:textId="77777777" w:rsidR="006F3F95" w:rsidRPr="00E83D70" w:rsidRDefault="00000000">
      <w:pPr>
        <w:rPr>
          <w:rFonts w:cs="Arial"/>
          <w:color w:val="000000" w:themeColor="text1"/>
        </w:rPr>
      </w:pPr>
      <w:r w:rsidRPr="00E83D70">
        <w:rPr>
          <w:rFonts w:cs="Arial"/>
          <w:color w:val="000000" w:themeColor="text1"/>
        </w:rPr>
        <w:t xml:space="preserve">If </w:t>
      </w:r>
      <w:proofErr w:type="gramStart"/>
      <w:r w:rsidRPr="00E83D70">
        <w:rPr>
          <w:rFonts w:cs="Arial"/>
          <w:color w:val="000000" w:themeColor="text1"/>
        </w:rPr>
        <w:t>you would</w:t>
      </w:r>
      <w:proofErr w:type="gramEnd"/>
      <w:r w:rsidRPr="00E83D70">
        <w:rPr>
          <w:rFonts w:cs="Arial"/>
          <w:color w:val="000000" w:themeColor="text1"/>
        </w:rPr>
        <w:t xml:space="preserve"> continue any current employment alongside this role, please provide details: ____________________</w:t>
      </w:r>
    </w:p>
    <w:p w14:paraId="1D191826" w14:textId="77777777" w:rsidR="00652FE3" w:rsidRDefault="00652FE3">
      <w:pPr>
        <w:pStyle w:val="Heading2"/>
        <w:rPr>
          <w:rFonts w:ascii="Arial" w:hAnsi="Arial" w:cs="Arial"/>
          <w:color w:val="000000" w:themeColor="text1"/>
          <w:sz w:val="22"/>
          <w:szCs w:val="22"/>
        </w:rPr>
      </w:pPr>
    </w:p>
    <w:p w14:paraId="74B9F6DC" w14:textId="5E8B3264" w:rsidR="006F3F95" w:rsidRPr="00E83D70" w:rsidRDefault="00000000">
      <w:pPr>
        <w:pStyle w:val="Heading2"/>
        <w:rPr>
          <w:rFonts w:ascii="Arial" w:hAnsi="Arial" w:cs="Arial"/>
          <w:color w:val="000000" w:themeColor="text1"/>
          <w:sz w:val="22"/>
          <w:szCs w:val="22"/>
        </w:rPr>
      </w:pPr>
      <w:r w:rsidRPr="00E83D70">
        <w:rPr>
          <w:rFonts w:ascii="Arial" w:hAnsi="Arial" w:cs="Arial"/>
          <w:color w:val="000000" w:themeColor="text1"/>
          <w:sz w:val="22"/>
          <w:szCs w:val="22"/>
        </w:rPr>
        <w:t>4. References</w:t>
      </w:r>
    </w:p>
    <w:p w14:paraId="1D404D6F" w14:textId="1AFD37B0" w:rsidR="006F3F95" w:rsidRPr="00E83D70" w:rsidRDefault="00000000">
      <w:pPr>
        <w:rPr>
          <w:rFonts w:cs="Arial"/>
          <w:color w:val="000000" w:themeColor="text1"/>
        </w:rPr>
      </w:pPr>
      <w:r w:rsidRPr="00E83D70">
        <w:rPr>
          <w:rFonts w:cs="Arial"/>
          <w:color w:val="000000" w:themeColor="text1"/>
        </w:rPr>
        <w:t>Referee 1</w:t>
      </w:r>
    </w:p>
    <w:p w14:paraId="46E76A60" w14:textId="77777777" w:rsidR="006F3F95" w:rsidRPr="00E83D70" w:rsidRDefault="00000000">
      <w:pPr>
        <w:rPr>
          <w:rFonts w:cs="Arial"/>
          <w:color w:val="000000" w:themeColor="text1"/>
        </w:rPr>
      </w:pPr>
      <w:r w:rsidRPr="00E83D70">
        <w:rPr>
          <w:rFonts w:cs="Arial"/>
          <w:color w:val="000000" w:themeColor="text1"/>
        </w:rPr>
        <w:t>Name: ____________________________</w:t>
      </w:r>
    </w:p>
    <w:p w14:paraId="36E8B08E" w14:textId="77777777" w:rsidR="006F3F95" w:rsidRPr="00E83D70" w:rsidRDefault="00000000">
      <w:pPr>
        <w:rPr>
          <w:rFonts w:cs="Arial"/>
          <w:color w:val="000000" w:themeColor="text1"/>
        </w:rPr>
      </w:pPr>
      <w:r w:rsidRPr="00E83D70">
        <w:rPr>
          <w:rFonts w:cs="Arial"/>
          <w:color w:val="000000" w:themeColor="text1"/>
        </w:rPr>
        <w:t>Organisation (if applicable): ____________________________</w:t>
      </w:r>
    </w:p>
    <w:p w14:paraId="17C9FC99" w14:textId="77777777" w:rsidR="006F3F95" w:rsidRPr="00E83D70" w:rsidRDefault="00000000">
      <w:pPr>
        <w:rPr>
          <w:rFonts w:cs="Arial"/>
          <w:color w:val="000000" w:themeColor="text1"/>
        </w:rPr>
      </w:pPr>
      <w:r w:rsidRPr="00E83D70">
        <w:rPr>
          <w:rFonts w:cs="Arial"/>
          <w:color w:val="000000" w:themeColor="text1"/>
        </w:rPr>
        <w:t>Address: ___________________________________________________</w:t>
      </w:r>
    </w:p>
    <w:p w14:paraId="1335B6DB" w14:textId="74433F5F" w:rsidR="006F3F95" w:rsidRPr="00E83D70" w:rsidRDefault="00000000">
      <w:pPr>
        <w:rPr>
          <w:rFonts w:cs="Arial"/>
          <w:color w:val="000000" w:themeColor="text1"/>
        </w:rPr>
      </w:pPr>
      <w:r w:rsidRPr="00E83D70">
        <w:rPr>
          <w:rFonts w:cs="Arial"/>
          <w:color w:val="000000" w:themeColor="text1"/>
        </w:rPr>
        <w:t>Email: ____________________________   Telephone: ____________________</w:t>
      </w:r>
    </w:p>
    <w:p w14:paraId="6B02E6BB" w14:textId="77777777" w:rsidR="00F66F22" w:rsidRPr="00E83D70" w:rsidRDefault="00F66F22">
      <w:pPr>
        <w:rPr>
          <w:rFonts w:cs="Arial"/>
          <w:color w:val="000000" w:themeColor="text1"/>
        </w:rPr>
      </w:pPr>
    </w:p>
    <w:p w14:paraId="0EB4A25D" w14:textId="52E309FC" w:rsidR="006F3F95" w:rsidRPr="00E83D70" w:rsidRDefault="00000000">
      <w:pPr>
        <w:rPr>
          <w:rFonts w:cs="Arial"/>
          <w:color w:val="000000" w:themeColor="text1"/>
        </w:rPr>
      </w:pPr>
      <w:r w:rsidRPr="00E83D70">
        <w:rPr>
          <w:rFonts w:cs="Arial"/>
          <w:color w:val="000000" w:themeColor="text1"/>
        </w:rPr>
        <w:t>Referee 2</w:t>
      </w:r>
    </w:p>
    <w:p w14:paraId="42C5831B" w14:textId="77777777" w:rsidR="006F3F95" w:rsidRPr="00E83D70" w:rsidRDefault="00000000">
      <w:pPr>
        <w:rPr>
          <w:rFonts w:cs="Arial"/>
          <w:color w:val="000000" w:themeColor="text1"/>
        </w:rPr>
      </w:pPr>
      <w:r w:rsidRPr="00E83D70">
        <w:rPr>
          <w:rFonts w:cs="Arial"/>
          <w:color w:val="000000" w:themeColor="text1"/>
        </w:rPr>
        <w:t>Name: ____________________________</w:t>
      </w:r>
    </w:p>
    <w:p w14:paraId="2E437AED" w14:textId="77777777" w:rsidR="006F3F95" w:rsidRPr="00E83D70" w:rsidRDefault="00000000">
      <w:pPr>
        <w:rPr>
          <w:rFonts w:cs="Arial"/>
          <w:color w:val="000000" w:themeColor="text1"/>
        </w:rPr>
      </w:pPr>
      <w:r w:rsidRPr="00E83D70">
        <w:rPr>
          <w:rFonts w:cs="Arial"/>
          <w:color w:val="000000" w:themeColor="text1"/>
        </w:rPr>
        <w:t>Organisation (if applicable): ____________________________</w:t>
      </w:r>
    </w:p>
    <w:p w14:paraId="6DCFA0F3" w14:textId="77777777" w:rsidR="006F3F95" w:rsidRPr="00E83D70" w:rsidRDefault="00000000">
      <w:pPr>
        <w:rPr>
          <w:rFonts w:cs="Arial"/>
          <w:color w:val="000000" w:themeColor="text1"/>
        </w:rPr>
      </w:pPr>
      <w:r w:rsidRPr="00E83D70">
        <w:rPr>
          <w:rFonts w:cs="Arial"/>
          <w:color w:val="000000" w:themeColor="text1"/>
        </w:rPr>
        <w:t>Address: ___________________________________________________</w:t>
      </w:r>
    </w:p>
    <w:p w14:paraId="515E75B9" w14:textId="77777777" w:rsidR="006F3F95" w:rsidRPr="00E83D70" w:rsidRDefault="00000000">
      <w:pPr>
        <w:rPr>
          <w:rFonts w:cs="Arial"/>
          <w:color w:val="000000" w:themeColor="text1"/>
        </w:rPr>
      </w:pPr>
      <w:r w:rsidRPr="00E83D70">
        <w:rPr>
          <w:rFonts w:cs="Arial"/>
          <w:color w:val="000000" w:themeColor="text1"/>
        </w:rPr>
        <w:t>Email: ____________________________   Telephone: ____________________</w:t>
      </w:r>
    </w:p>
    <w:p w14:paraId="53F40017" w14:textId="77777777" w:rsidR="00652FE3" w:rsidRDefault="00652FE3">
      <w:pPr>
        <w:pStyle w:val="Heading2"/>
        <w:rPr>
          <w:rFonts w:ascii="Arial" w:hAnsi="Arial" w:cs="Arial"/>
          <w:color w:val="000000" w:themeColor="text1"/>
          <w:sz w:val="22"/>
          <w:szCs w:val="22"/>
        </w:rPr>
      </w:pPr>
    </w:p>
    <w:p w14:paraId="2FD72654" w14:textId="5DC46F70" w:rsidR="006F3F95" w:rsidRPr="00E83D70" w:rsidRDefault="00000000">
      <w:pPr>
        <w:pStyle w:val="Heading2"/>
        <w:rPr>
          <w:rFonts w:ascii="Arial" w:hAnsi="Arial" w:cs="Arial"/>
          <w:color w:val="000000" w:themeColor="text1"/>
          <w:sz w:val="22"/>
          <w:szCs w:val="22"/>
        </w:rPr>
      </w:pPr>
      <w:r w:rsidRPr="00E83D70">
        <w:rPr>
          <w:rFonts w:ascii="Arial" w:hAnsi="Arial" w:cs="Arial"/>
          <w:color w:val="000000" w:themeColor="text1"/>
          <w:sz w:val="22"/>
          <w:szCs w:val="22"/>
        </w:rPr>
        <w:t>5. Professional Memberships</w:t>
      </w:r>
    </w:p>
    <w:p w14:paraId="32A69BCF" w14:textId="77777777" w:rsidR="00F66F22" w:rsidRPr="00E83D70" w:rsidRDefault="00000000">
      <w:pPr>
        <w:rPr>
          <w:rFonts w:cs="Arial"/>
          <w:color w:val="000000" w:themeColor="text1"/>
        </w:rPr>
      </w:pPr>
      <w:r w:rsidRPr="00E83D70">
        <w:rPr>
          <w:rFonts w:cs="Arial"/>
          <w:color w:val="000000" w:themeColor="text1"/>
        </w:rPr>
        <w:t xml:space="preserve">Please list any memberships of professional bodies (including grade and details): </w:t>
      </w:r>
    </w:p>
    <w:p w14:paraId="6BE64279" w14:textId="5605AC0F" w:rsidR="006F3F95" w:rsidRPr="00E83D70" w:rsidRDefault="00000000">
      <w:pPr>
        <w:rPr>
          <w:rFonts w:cs="Arial"/>
          <w:color w:val="000000" w:themeColor="text1"/>
        </w:rPr>
      </w:pPr>
      <w:r w:rsidRPr="00E83D70">
        <w:rPr>
          <w:rFonts w:cs="Arial"/>
          <w:color w:val="000000" w:themeColor="text1"/>
        </w:rPr>
        <w:t>____________________________</w:t>
      </w:r>
    </w:p>
    <w:p w14:paraId="7B91139D" w14:textId="77777777" w:rsidR="006F3F95" w:rsidRPr="00E83D70" w:rsidRDefault="00000000">
      <w:pPr>
        <w:pStyle w:val="Heading2"/>
        <w:rPr>
          <w:rFonts w:ascii="Arial" w:hAnsi="Arial" w:cs="Arial"/>
          <w:color w:val="000000" w:themeColor="text1"/>
          <w:sz w:val="22"/>
          <w:szCs w:val="22"/>
        </w:rPr>
      </w:pPr>
      <w:r w:rsidRPr="00E83D70">
        <w:rPr>
          <w:rFonts w:ascii="Arial" w:hAnsi="Arial" w:cs="Arial"/>
          <w:color w:val="000000" w:themeColor="text1"/>
          <w:sz w:val="22"/>
          <w:szCs w:val="22"/>
        </w:rPr>
        <w:t>6. Personal Development</w:t>
      </w:r>
    </w:p>
    <w:p w14:paraId="64FB6276" w14:textId="77777777" w:rsidR="00F66F22" w:rsidRPr="00E83D70" w:rsidRDefault="00000000">
      <w:pPr>
        <w:rPr>
          <w:rFonts w:cs="Arial"/>
          <w:color w:val="000000" w:themeColor="text1"/>
        </w:rPr>
      </w:pPr>
      <w:r w:rsidRPr="00E83D70">
        <w:rPr>
          <w:rFonts w:cs="Arial"/>
          <w:color w:val="000000" w:themeColor="text1"/>
        </w:rPr>
        <w:t xml:space="preserve">Include courses, voluntary work, memberships, or responsibilities relevant to this role: </w:t>
      </w:r>
    </w:p>
    <w:p w14:paraId="07AA7163" w14:textId="3CB41E4E" w:rsidR="006F3F95" w:rsidRPr="00E83D70" w:rsidRDefault="00000000">
      <w:pPr>
        <w:rPr>
          <w:rFonts w:cs="Arial"/>
          <w:color w:val="000000" w:themeColor="text1"/>
        </w:rPr>
      </w:pPr>
      <w:r w:rsidRPr="00E83D70">
        <w:rPr>
          <w:rFonts w:cs="Arial"/>
          <w:color w:val="000000" w:themeColor="text1"/>
        </w:rPr>
        <w:t>______________________</w:t>
      </w:r>
    </w:p>
    <w:p w14:paraId="30CCA67A" w14:textId="77777777" w:rsidR="006F3F95" w:rsidRPr="00E83D70" w:rsidRDefault="00000000">
      <w:pPr>
        <w:pStyle w:val="Heading2"/>
        <w:rPr>
          <w:rFonts w:ascii="Arial" w:hAnsi="Arial" w:cs="Arial"/>
          <w:color w:val="000000" w:themeColor="text1"/>
          <w:sz w:val="22"/>
          <w:szCs w:val="22"/>
        </w:rPr>
      </w:pPr>
      <w:r w:rsidRPr="00E83D70">
        <w:rPr>
          <w:rFonts w:ascii="Arial" w:hAnsi="Arial" w:cs="Arial"/>
          <w:color w:val="000000" w:themeColor="text1"/>
          <w:sz w:val="22"/>
          <w:szCs w:val="22"/>
        </w:rPr>
        <w:t>7. Data Protection Statement</w:t>
      </w:r>
    </w:p>
    <w:p w14:paraId="361B630C" w14:textId="77777777" w:rsidR="006F3F95" w:rsidRPr="00E83D70" w:rsidRDefault="00000000">
      <w:pPr>
        <w:rPr>
          <w:rFonts w:cs="Arial"/>
          <w:color w:val="000000" w:themeColor="text1"/>
        </w:rPr>
      </w:pPr>
      <w:r w:rsidRPr="00E83D70">
        <w:rPr>
          <w:rFonts w:cs="Arial"/>
          <w:color w:val="000000" w:themeColor="text1"/>
        </w:rPr>
        <w:t xml:space="preserve">The information collected in this form is required for recruitment purposes and may be verified </w:t>
      </w:r>
      <w:proofErr w:type="gramStart"/>
      <w:r w:rsidRPr="00E83D70">
        <w:rPr>
          <w:rFonts w:cs="Arial"/>
          <w:color w:val="000000" w:themeColor="text1"/>
        </w:rPr>
        <w:t>with</w:t>
      </w:r>
      <w:proofErr w:type="gramEnd"/>
      <w:r w:rsidRPr="00E83D70">
        <w:rPr>
          <w:rFonts w:cs="Arial"/>
          <w:color w:val="000000" w:themeColor="text1"/>
        </w:rPr>
        <w:t xml:space="preserve"> referees and educational institutions. All information will be treated </w:t>
      </w:r>
      <w:proofErr w:type="gramStart"/>
      <w:r w:rsidRPr="00E83D70">
        <w:rPr>
          <w:rFonts w:cs="Arial"/>
          <w:color w:val="000000" w:themeColor="text1"/>
        </w:rPr>
        <w:t>in</w:t>
      </w:r>
      <w:proofErr w:type="gramEnd"/>
      <w:r w:rsidRPr="00E83D70">
        <w:rPr>
          <w:rFonts w:cs="Arial"/>
          <w:color w:val="000000" w:themeColor="text1"/>
        </w:rPr>
        <w:t xml:space="preserve"> strict confidence and in line with current data protection legislation.</w:t>
      </w:r>
    </w:p>
    <w:p w14:paraId="53B39D33" w14:textId="77777777" w:rsidR="006F3F95" w:rsidRPr="00E83D70" w:rsidRDefault="00000000">
      <w:pPr>
        <w:rPr>
          <w:rFonts w:cs="Arial"/>
          <w:color w:val="000000" w:themeColor="text1"/>
        </w:rPr>
      </w:pPr>
      <w:r w:rsidRPr="00E83D70">
        <w:rPr>
          <w:rFonts w:cs="Arial"/>
          <w:color w:val="000000" w:themeColor="text1"/>
        </w:rPr>
        <w:t>If successful, this information will also be used for the administration of your employment and may be retained in connection with any legal challenge concerning the recruitment process.</w:t>
      </w:r>
    </w:p>
    <w:p w14:paraId="2CA27F33" w14:textId="77777777" w:rsidR="006F3F95" w:rsidRPr="00E83D70" w:rsidRDefault="00000000">
      <w:pPr>
        <w:rPr>
          <w:rFonts w:cs="Arial"/>
          <w:color w:val="000000" w:themeColor="text1"/>
        </w:rPr>
      </w:pPr>
      <w:r w:rsidRPr="00E83D70">
        <w:rPr>
          <w:rFonts w:cs="Arial"/>
          <w:color w:val="000000" w:themeColor="text1"/>
        </w:rPr>
        <w:t>For further information, please refer to the club’s Privacy Policy [insert link].</w:t>
      </w:r>
    </w:p>
    <w:p w14:paraId="70F6A0EA" w14:textId="77777777" w:rsidR="006F3F95" w:rsidRPr="00E83D70" w:rsidRDefault="00000000">
      <w:pPr>
        <w:pStyle w:val="Heading2"/>
        <w:rPr>
          <w:rFonts w:ascii="Arial" w:hAnsi="Arial" w:cs="Arial"/>
          <w:color w:val="000000" w:themeColor="text1"/>
          <w:sz w:val="22"/>
          <w:szCs w:val="22"/>
        </w:rPr>
      </w:pPr>
      <w:r w:rsidRPr="00E83D70">
        <w:rPr>
          <w:rFonts w:ascii="Arial" w:hAnsi="Arial" w:cs="Arial"/>
          <w:color w:val="000000" w:themeColor="text1"/>
          <w:sz w:val="22"/>
          <w:szCs w:val="22"/>
        </w:rPr>
        <w:t>8. Declaration</w:t>
      </w:r>
    </w:p>
    <w:p w14:paraId="40882599" w14:textId="77777777" w:rsidR="006F3F95" w:rsidRPr="00E83D70" w:rsidRDefault="00000000">
      <w:pPr>
        <w:rPr>
          <w:rFonts w:cs="Arial"/>
          <w:color w:val="000000" w:themeColor="text1"/>
        </w:rPr>
      </w:pPr>
      <w:r w:rsidRPr="00E83D70">
        <w:rPr>
          <w:rFonts w:cs="Arial"/>
          <w:color w:val="000000" w:themeColor="text1"/>
        </w:rPr>
        <w:t>I confirm that the information provided is complete and accurate. I understand that false or misleading information may result in withdrawal of an offer or termination of employment.</w:t>
      </w:r>
    </w:p>
    <w:p w14:paraId="42172A56" w14:textId="77777777" w:rsidR="006F3F95" w:rsidRPr="00E83D70" w:rsidRDefault="00000000">
      <w:pPr>
        <w:rPr>
          <w:rFonts w:cs="Arial"/>
          <w:color w:val="000000" w:themeColor="text1"/>
        </w:rPr>
      </w:pPr>
      <w:r w:rsidRPr="00E83D70">
        <w:rPr>
          <w:rFonts w:cs="Arial"/>
          <w:color w:val="000000" w:themeColor="text1"/>
        </w:rPr>
        <w:t>I acknowledge that any offer of employment is subject to satisfactory checks including references, right to work, criminal convictions (where relevant), probation, and medical assessment (in line with the Equality Act 2010).</w:t>
      </w:r>
    </w:p>
    <w:p w14:paraId="0ABDBBCF" w14:textId="77777777" w:rsidR="00652FE3" w:rsidRDefault="00652FE3">
      <w:pPr>
        <w:rPr>
          <w:rFonts w:cs="Arial"/>
          <w:color w:val="000000" w:themeColor="text1"/>
        </w:rPr>
      </w:pPr>
    </w:p>
    <w:p w14:paraId="0DBFF139" w14:textId="399B028D" w:rsidR="006F3F95" w:rsidRPr="00E83D70" w:rsidRDefault="00000000">
      <w:pPr>
        <w:rPr>
          <w:rFonts w:cs="Arial"/>
          <w:color w:val="000000" w:themeColor="text1"/>
        </w:rPr>
      </w:pPr>
      <w:r w:rsidRPr="00E83D70">
        <w:rPr>
          <w:rFonts w:cs="Arial"/>
          <w:color w:val="000000" w:themeColor="text1"/>
        </w:rPr>
        <w:t>Signed: ______________________________</w:t>
      </w:r>
    </w:p>
    <w:p w14:paraId="1795D23B" w14:textId="77777777" w:rsidR="006F3F95" w:rsidRPr="00E83D70" w:rsidRDefault="00000000">
      <w:pPr>
        <w:rPr>
          <w:rFonts w:cs="Arial"/>
          <w:color w:val="000000" w:themeColor="text1"/>
        </w:rPr>
      </w:pPr>
      <w:r w:rsidRPr="00E83D70">
        <w:rPr>
          <w:rFonts w:cs="Arial"/>
          <w:color w:val="000000" w:themeColor="text1"/>
        </w:rPr>
        <w:t>Date: ______________________________</w:t>
      </w:r>
    </w:p>
    <w:p w14:paraId="69AECF96" w14:textId="77777777" w:rsidR="006F3F95" w:rsidRPr="00E83D70" w:rsidRDefault="00000000">
      <w:pPr>
        <w:rPr>
          <w:rFonts w:cs="Arial"/>
          <w:color w:val="000000" w:themeColor="text1"/>
        </w:rPr>
      </w:pPr>
      <w:r w:rsidRPr="00E83D70">
        <w:rPr>
          <w:rFonts w:cs="Arial"/>
          <w:color w:val="000000" w:themeColor="text1"/>
        </w:rPr>
        <w:t>(You may attach additional sheets if required, clearly marking the continuation page.)</w:t>
      </w:r>
    </w:p>
    <w:p w14:paraId="725EA97F" w14:textId="77777777" w:rsidR="006F3F95" w:rsidRPr="00E83D70" w:rsidRDefault="00000000">
      <w:pPr>
        <w:pStyle w:val="Heading2"/>
        <w:rPr>
          <w:rFonts w:ascii="Arial" w:hAnsi="Arial" w:cs="Arial"/>
          <w:color w:val="000000" w:themeColor="text1"/>
          <w:sz w:val="22"/>
          <w:szCs w:val="22"/>
        </w:rPr>
      </w:pPr>
      <w:r w:rsidRPr="00E83D70">
        <w:rPr>
          <w:rFonts w:ascii="Arial" w:hAnsi="Arial" w:cs="Arial"/>
          <w:color w:val="000000" w:themeColor="text1"/>
          <w:sz w:val="22"/>
          <w:szCs w:val="22"/>
        </w:rPr>
        <w:t>Interview Requirements</w:t>
      </w:r>
    </w:p>
    <w:p w14:paraId="34995E94" w14:textId="77777777" w:rsidR="006F3F95" w:rsidRPr="00E83D70" w:rsidRDefault="00000000">
      <w:pPr>
        <w:rPr>
          <w:rFonts w:cs="Arial"/>
          <w:color w:val="000000" w:themeColor="text1"/>
        </w:rPr>
      </w:pPr>
      <w:r w:rsidRPr="00E83D70">
        <w:rPr>
          <w:rFonts w:cs="Arial"/>
          <w:color w:val="000000" w:themeColor="text1"/>
        </w:rPr>
        <w:t>If invited to interview, you must bring two original documents to verify your identity and right to work in the UK. A full list will be provided in advance.</w:t>
      </w:r>
    </w:p>
    <w:p w14:paraId="7ACE2DE7" w14:textId="77777777" w:rsidR="006F3F95" w:rsidRPr="00E83D70" w:rsidRDefault="00000000">
      <w:pPr>
        <w:rPr>
          <w:rFonts w:cs="Arial"/>
          <w:color w:val="000000" w:themeColor="text1"/>
        </w:rPr>
      </w:pPr>
      <w:r w:rsidRPr="00E83D70">
        <w:rPr>
          <w:rFonts w:cs="Arial"/>
          <w:color w:val="000000" w:themeColor="text1"/>
        </w:rPr>
        <w:t>You will be required to show proof of:</w:t>
      </w:r>
    </w:p>
    <w:p w14:paraId="52C3E476" w14:textId="77777777" w:rsidR="006F3F95" w:rsidRPr="00E83D70" w:rsidRDefault="00000000">
      <w:pPr>
        <w:rPr>
          <w:rFonts w:cs="Arial"/>
          <w:color w:val="000000" w:themeColor="text1"/>
        </w:rPr>
      </w:pPr>
      <w:r w:rsidRPr="00E83D70">
        <w:rPr>
          <w:rFonts w:cs="Arial"/>
          <w:color w:val="000000" w:themeColor="text1"/>
        </w:rPr>
        <w:t>• Full name</w:t>
      </w:r>
      <w:r w:rsidRPr="00E83D70">
        <w:rPr>
          <w:rFonts w:cs="Arial"/>
          <w:color w:val="000000" w:themeColor="text1"/>
        </w:rPr>
        <w:br/>
        <w:t>• Photo identification</w:t>
      </w:r>
      <w:r w:rsidRPr="00E83D70">
        <w:rPr>
          <w:rFonts w:cs="Arial"/>
          <w:color w:val="000000" w:themeColor="text1"/>
        </w:rPr>
        <w:br/>
        <w:t>• Date of birth</w:t>
      </w:r>
      <w:r w:rsidRPr="00E83D70">
        <w:rPr>
          <w:rFonts w:cs="Arial"/>
          <w:color w:val="000000" w:themeColor="text1"/>
        </w:rPr>
        <w:br/>
      </w:r>
      <w:r w:rsidRPr="00E83D70">
        <w:rPr>
          <w:rFonts w:cs="Arial"/>
          <w:color w:val="000000" w:themeColor="text1"/>
        </w:rPr>
        <w:lastRenderedPageBreak/>
        <w:t>• Current address</w:t>
      </w:r>
      <w:r w:rsidRPr="00E83D70">
        <w:rPr>
          <w:rFonts w:cs="Arial"/>
          <w:color w:val="000000" w:themeColor="text1"/>
        </w:rPr>
        <w:br/>
        <w:t>• Right to work in the UK</w:t>
      </w:r>
      <w:r w:rsidRPr="00E83D70">
        <w:rPr>
          <w:rFonts w:cs="Arial"/>
          <w:color w:val="000000" w:themeColor="text1"/>
        </w:rPr>
        <w:br/>
        <w:t>• Qualifications/professional registration (if required)</w:t>
      </w:r>
      <w:r w:rsidRPr="00E83D70">
        <w:rPr>
          <w:rFonts w:cs="Arial"/>
          <w:color w:val="000000" w:themeColor="text1"/>
        </w:rPr>
        <w:br/>
        <w:t>• DBS check documents (if required for the role)</w:t>
      </w:r>
    </w:p>
    <w:sectPr w:rsidR="006F3F95" w:rsidRPr="00E83D7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16823CA"/>
    <w:multiLevelType w:val="hybridMultilevel"/>
    <w:tmpl w:val="52C0F8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491522">
    <w:abstractNumId w:val="8"/>
  </w:num>
  <w:num w:numId="2" w16cid:durableId="306015579">
    <w:abstractNumId w:val="6"/>
  </w:num>
  <w:num w:numId="3" w16cid:durableId="842204231">
    <w:abstractNumId w:val="5"/>
  </w:num>
  <w:num w:numId="4" w16cid:durableId="706640793">
    <w:abstractNumId w:val="4"/>
  </w:num>
  <w:num w:numId="5" w16cid:durableId="609822311">
    <w:abstractNumId w:val="7"/>
  </w:num>
  <w:num w:numId="6" w16cid:durableId="1589382097">
    <w:abstractNumId w:val="3"/>
  </w:num>
  <w:num w:numId="7" w16cid:durableId="1731690058">
    <w:abstractNumId w:val="2"/>
  </w:num>
  <w:num w:numId="8" w16cid:durableId="1110735193">
    <w:abstractNumId w:val="1"/>
  </w:num>
  <w:num w:numId="9" w16cid:durableId="1361205666">
    <w:abstractNumId w:val="0"/>
  </w:num>
  <w:num w:numId="10" w16cid:durableId="16975429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63EC5"/>
    <w:rsid w:val="00652FE3"/>
    <w:rsid w:val="006F3F95"/>
    <w:rsid w:val="00AA1D8D"/>
    <w:rsid w:val="00B47730"/>
    <w:rsid w:val="00B660E6"/>
    <w:rsid w:val="00BF0B40"/>
    <w:rsid w:val="00CB0664"/>
    <w:rsid w:val="00E83D70"/>
    <w:rsid w:val="00F66F2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45AD87"/>
  <w14:defaultImageDpi w14:val="300"/>
  <w15:docId w15:val="{76E15730-657A-4CAF-89E7-D7AE2BECA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594</Words>
  <Characters>3388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Andy Jack</cp:lastModifiedBy>
  <cp:revision>5</cp:revision>
  <dcterms:created xsi:type="dcterms:W3CDTF">2025-10-01T08:32:00Z</dcterms:created>
  <dcterms:modified xsi:type="dcterms:W3CDTF">2025-10-02T10:07:00Z</dcterms:modified>
  <cp:category/>
</cp:coreProperties>
</file>